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הפכים ולהכיר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שתי אפשרויות ולבנות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מקום מגורים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נרדפת או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מפעילות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חפץ אמיתי, למשל כוס מלאה וכוס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להסתכל בתמונה של אותו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בין שתי אפשרויות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פתוח-סגור (הפכים), שמח-עליז (נרדפות)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הפכים תקין כמו פתוח-סגור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נרדפות תקין כמו שמח-עליז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הפכים=הפוכות במשמעות, נרדפות=דומות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התחילו עם חפצים אמיתיים מהכיתה לפני המעבר לתמונה ולמילה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בכפתור הקראה אם קיים, ותנו משוב חיובי מיידי על כל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לבחירה בין שתי אפשרויות בלבד בכל סעיף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הפכים (מילים הפוכות במשמעות) ומילים נרדפות (מילים בעלות משמעות דומה), דרך דוגמאות מהחיים כמו כוס מלאה וכוס ריקה, או דלת פתוחה וסגורה.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עליז  ·  מלא  ·  פתוח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ההפך של המילה 'מלא'?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'בית' ו'דירה' יכולות להיות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 נרדפת או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ההפך של המילה 'סגור'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של המילה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מילה נרדפת למילה 'שמח'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מפעילות להבנה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בין שתי אפשרויות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חפץ אמיתי, למשל כוס מלאה וכוס 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להסתכל בתמונה של אותו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הכתובה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זוג מילים הפכים וזוג מילים נרדפות שלמדתם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התאמות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