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 – התאמות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זוגות של הפכים ולהכיר את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זוגות של 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בחירה בין שתי אפשרויות ולבנות ביטחון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 –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שמח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– נרדפות והפכים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המילים מתארות הרגשה טובה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אלה מילים הפוכות, לא דומות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שתיהן מתארות מקום מגורים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כוס מלאה וכוס ריקה הן הפוכות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אלה הפכים ולא מילים דומות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אחת מתארת מהירות ואחת איטיות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זוגות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(סגור)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מילה נרדפת או הפוכה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מפעילות להבנה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מסתכלים על חפץ אמיתי, למשל כוס מלאה וכוס 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עוברים להסתכל בתמונה של אותו 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את המילה הכתובה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בוחרים בין שתי אפשרויות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גוזרים ומדביקים את התשובה הנכונה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פתוח-סגור (הפכים), שמח-עליז (נרדפות)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זוג הפכים תקין כמו פתוח-סגור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זוג נרדפות תקין כמו שמח-עליז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הפכים=הפוכות במשמעות, נרדפות=דומות במשמעות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התחילו עם חפצים אמיתיים מהכיתה לפני המעבר לתמונה ולמילה הכתובה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השתמשו בכפתור הקראה אם קיים, ותנו משוב חיובי מיידי על כל תשובה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להוריד לבחירה בין שתי אפשרויות בלבד בכל סעיף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 – התאמות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מילים הפוכות ומילים דומות. למשל: כוס מלאה וכוס ריקה. נבחר תשובה אחת מתוך שתיים.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הֶפֶך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עם משמעות הפוכה, כמו פתוח וסגור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נִרְדֶפֶת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עם משמעות דומה, כמו שמח ועליז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מָלֵא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כוס עם הרבה בתוכה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רֵיק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כוס בלי כלום בתוכה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פָּתוּחַ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דלת שאפשר לעבור דרכה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סָגוּר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דלת שלא אפשר לעבור דרכה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זוּג מִילִים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שקשורות זו לזו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נכונה –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את המילה ההפוכה ל'פתוח'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את המילה ההפוכה ל'מלא'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את המילה ההפוכה ל'גדול'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את המילה ההפוכה ל'חם'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בחרו את המילה ההפוכה ל'יום'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צהריים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בחרו את המילה ההפוכה ל'עצוב'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רעב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קטן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– נרדפות והפכים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'שמח' ו'עליז'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'גדול' ו'קטן'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'בית' ו'דירה' יכולות להיות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'ריק' היא הפך של המילה 'מלא'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'פתוח' ו'סגור'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'מהר' ו'לאט' הן מילים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זוגות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מלא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סגור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מילה נרדפת או הפוכה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ההפך של המילה 'סגור'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ההפך של המילה 'ריק'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מילה נרדפת למילה 'שמח'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ההפך של המילה 'קטן'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מילה נרדפת למילה 'בית'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ההפך של המילה 'חם'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– מפעילות להבנה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גוזרים ומדביקים את התשובה הנכונה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המילה הכתובה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עוברים להסתכל בתמונה של אותו חפץ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 על חפץ אמיתי, למשל כוס מלאה וכוס ריקה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בין שתי אפשרויות בלבד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זוג מילים הפכים וזוג מילים נרדפות שלמדתם היום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למילים 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למילים נרדפות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מילים הפכים למילים נרדפות?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 והפכים – התאמות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