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התאמות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הפכים ולהכיר את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בחירה בין שתי אפשרויות ולבנות ביטחון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 –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–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אלה מילים הפוכות, לא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מקום מגורים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כוס מלאה וכוס ריקה הן הפוכות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אחת מתארת מהירות ואחת איטיות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זוגות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(סגור)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נרדפת או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מפעילות להבנה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חפץ אמיתי, למשל כוס מלאה וכוס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עוברים להסתכל בתמונה של אותו 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המילה הכתובה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בין שתי אפשרויות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גוזרים ומדביקים את התשובה הנכונה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פתוח-סגור (הפכים), שמח-עליז (נרדפות)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הפכים תקין כמו פתוח-סגור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זוג נרדפות תקין כמו שמח-עליז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הפכים=הפוכות במשמעות, נרדפות=דומות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התחילו עם חפצים אמיתיים מהכיתה לפני המעבר לתמונה ולמילה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השתמשו בכפתור הקראה אם קיים, ותנו משוב חיובי מיידי על כל תשובה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להוריד לבחירה בין שתי אפשרויות בלבד בכל סעיף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התאמות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הפכים (מילים הפוכות במשמעות) ומילים נרדפות (מילים בעלות משמעות דומה), דרך דוגמאות מהחיים כמו כוס מלאה וכוס ריקה, או דלת פתוחה וסגורה.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 –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'פתוח'?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המילה 'מלא'?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ההפך של המילה 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המילה 'חם'?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המילה 'יום'?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של המילה 'עצוב'?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 –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'גדול' ו'קטן'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'בית' ו'דירה' יכולות להיות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'ריק' היא הפך של המילה 'מלא'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'פתוח' ו'סגור'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'מהר' ו'לאט' הן מילים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זוגות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נרדפת או 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המילה 'סגור'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'ריק'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'שמח'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המילה 'קטן'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למילה 'בית'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המילה 'חם'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מפעילות להבנה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גוזרים ומדביקים את התשובה הנכונה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בין שתי אפשרויות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חפץ אמיתי, למשל כוס מלאה וכוס ריקה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להסתכל בתמונה של אותו 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המילה הכתובה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זוג מילים הפכים וזוג מילים נרדפות שלמדתם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אחת למילים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מילים הפכים למילים נרדפות?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התאמות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